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t>Certificate of Conformance</w:t>
      </w:r>
    </w:p>
    <w:p>
      <w:pPr>
        <w:spacing w:after="120"/>
        <w:jc w:val="center"/>
      </w:pPr>
      <w:r>
        <w:rPr>
          <w:rFonts w:ascii="Arial" w:hAnsi="Arial"/>
          <w:sz w:val="18"/>
        </w:rPr>
        <w:t>Editable supplier and manufacturing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714"/>
        <w:gridCol w:w="2714"/>
        <w:gridCol w:w="2714"/>
        <w:gridCol w:w="2714"/>
      </w:tblGrid>
      <w:tr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Certificate number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[Enter unique ID]</w:t>
            </w:r>
          </w:p>
        </w:tc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Issue date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[YYYY-MM-DD]</w:t>
            </w:r>
          </w:p>
        </w:tc>
      </w:tr>
      <w:tr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Supplier or manufacturer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[Legal name and address]</w:t>
            </w:r>
          </w:p>
        </w:tc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Customer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[Customer name and address]</w:t>
            </w:r>
          </w:p>
        </w:tc>
      </w:tr>
      <w:tr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Purchase order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[PO number]</w:t>
            </w:r>
          </w:p>
        </w:tc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Sales or work order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[Order number]</w:t>
            </w:r>
          </w:p>
        </w:tc>
      </w:tr>
      <w:tr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Product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[Name, model, part number]</w:t>
            </w:r>
          </w:p>
        </w:tc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Quantity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[Quantity and unit]</w:t>
            </w:r>
          </w:p>
        </w:tc>
      </w:tr>
      <w:tr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Lot or batch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[Lot, batch, serial range]</w:t>
            </w:r>
          </w:p>
        </w:tc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Manufacture date and place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[Date and facility]</w:t>
            </w:r>
          </w:p>
        </w:tc>
      </w:tr>
      <w:tr>
        <w:tc>
          <w:tcPr>
            <w:tcW w:type="dxa" w:w="10856"/>
            <w:gridSpan w:val="4"/>
            <w:shd w:fill="2F5D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FFFFFF"/>
                <w:sz w:val="18"/>
              </w:rPr>
              <w:t>Applicable requirements and specifications</w:t>
            </w:r>
          </w:p>
        </w:tc>
      </w:tr>
      <w:tr>
        <w:tc>
          <w:tcPr>
            <w:tcW w:type="dxa" w:w="10856"/>
            <w:gridSpan w:val="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[List drawing revision, contract specification, standard, regulation, or approved deviation. Include exact identifiers and revisions.]</w:t>
            </w:r>
          </w:p>
        </w:tc>
      </w:tr>
      <w:tr>
        <w:tc>
          <w:tcPr>
            <w:tcW w:type="dxa" w:w="10856"/>
            <w:gridSpan w:val="4"/>
            <w:shd w:fill="2F5D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FFFFFF"/>
                <w:sz w:val="18"/>
              </w:rPr>
              <w:t>Inspection and test evidence</w:t>
            </w:r>
          </w:p>
        </w:tc>
      </w:tr>
      <w:tr>
        <w:tc>
          <w:tcPr>
            <w:tcW w:type="dxa" w:w="10856"/>
            <w:gridSpan w:val="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[Record report numbers, inspection results, test dates and locations, laboratory or equipment, sampling basis, and traceable record location.]</w:t>
            </w:r>
          </w:p>
        </w:tc>
      </w:tr>
      <w:tr>
        <w:tc>
          <w:tcPr>
            <w:tcW w:type="dxa" w:w="10856"/>
            <w:gridSpan w:val="4"/>
            <w:shd w:fill="2F5D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FFFFFF"/>
                <w:sz w:val="18"/>
              </w:rPr>
              <w:t>Deviations and exceptions</w:t>
            </w:r>
          </w:p>
        </w:tc>
      </w:tr>
      <w:tr>
        <w:tc>
          <w:tcPr>
            <w:tcW w:type="dxa" w:w="10856"/>
            <w:gridSpan w:val="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[State none, or identify each approved deviation, waiver, concession, or exemption and its authorization.]</w:t>
            </w:r>
          </w:p>
        </w:tc>
      </w:tr>
      <w:tr>
        <w:tc>
          <w:tcPr>
            <w:tcW w:type="dxa" w:w="10856"/>
            <w:gridSpan w:val="4"/>
            <w:shd w:fill="2F5D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FFFFFF"/>
                <w:sz w:val="18"/>
              </w:rPr>
              <w:t>Declaration</w:t>
            </w:r>
          </w:p>
        </w:tc>
      </w:tr>
      <w:tr>
        <w:tc>
          <w:tcPr>
            <w:tcW w:type="dxa" w:w="10856"/>
            <w:gridSpan w:val="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The undersigned certifies that the products identified above conform to the listed requirements, subject only to the documented deviations or exceptions. Supporting records are retained at the location identified below.</w:t>
            </w:r>
          </w:p>
        </w:tc>
      </w:tr>
      <w:tr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Authorized signer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[Printed name and title]</w:t>
            </w:r>
          </w:p>
        </w:tc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Signature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[Signature]</w:t>
            </w:r>
          </w:p>
        </w:tc>
      </w:tr>
      <w:tr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Record custodian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[Name and contact]</w:t>
            </w:r>
          </w:p>
        </w:tc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Record location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[System, file, or URL]</w:t>
            </w:r>
          </w:p>
        </w:tc>
      </w:tr>
      <w:tr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Retention period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[Period or schedule ID]</w:t>
            </w:r>
          </w:p>
        </w:tc>
        <w:tc>
          <w:tcPr>
            <w:tcW w:type="dxa" w:w="1987"/>
            <w:shd w:fill="E8F0E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/>
                <w:color w:val="000000"/>
                <w:sz w:val="17"/>
              </w:rPr>
              <w:t>Approval reference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color w:val="000000"/>
                <w:sz w:val="17"/>
              </w:rPr>
              <w:t>[Release or approval ID]</w:t>
            </w:r>
          </w:p>
        </w:tc>
      </w:tr>
    </w:tbl>
    <w:p>
      <w:pPr>
        <w:spacing w:before="100" w:after="0"/>
      </w:pPr>
      <w:r>
        <w:rPr>
          <w:b/>
        </w:rPr>
        <w:t xml:space="preserve">Use note: </w:t>
      </w:r>
      <w:r>
        <w:t>Adapt this general business template to the contract and jurisdiction that apply. A CPSC General Certificate of Conformity has specific required elements for covered general-use consumer products.</w:t>
      </w:r>
    </w:p>
    <w:sectPr w:rsidR="00FC693F" w:rsidRPr="0006063C" w:rsidSect="00034616">
      <w:footerReference w:type="default" r:id="rId9"/>
      <w:pgSz w:w="12240" w:h="15840"/>
      <w:pgMar w:top="605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A5A5A"/>
        <w:sz w:val="16"/>
      </w:rPr>
      <w:t>Certificate of Conformance Template | Bizmanualz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Conformance Template</dc:title>
  <dc:subject>Editable supplier and manufacturing certificate</dc:subject>
  <dc:creator>Bizmanualz</dc:creator>
  <cp:keywords/>
  <dc:description>Original editable template created for the Bizmanualz certificate of conformance guide.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